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sz w:val="28"/>
        </w:rPr>
        <w:t>Protokół przyjęcia reklamacji</w:t>
      </w:r>
    </w:p>
    <w:p>
      <w:pPr>
        <w:spacing w:after="100"/>
      </w:pPr>
      <w:r>
        <w:t>Protokół sporządza się w dwóch egzemplarzach: dla klienta i dla sprzedawcy.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608"/>
        <w:gridCol w:w="2608"/>
        <w:gridCol w:w="2608"/>
        <w:gridCol w:w="2608"/>
      </w:tblGrid>
      <w:tr>
        <w:tc>
          <w:tcPr>
            <w:tcW w:type="dxa" w:w="10430"/>
            <w:gridSpan w:val="4"/>
            <w:shd w:val="clear" w:color="auto" w:fill="E6E9EE"/>
          </w:tcPr>
          <w:p>
            <w:pPr>
              <w:spacing w:after="0"/>
            </w:pPr>
            <w:r>
              <w:rPr>
                <w:b/>
                <w:sz w:val="18"/>
              </w:rPr>
              <w:t>1. Sprzedawca</w:t>
            </w:r>
          </w:p>
        </w:tc>
      </w:tr>
      <w:tr>
        <w:trPr>
          <w:trHeight w:val="420"/>
        </w:trPr>
        <w:tc>
          <w:tcPr>
            <w:tcW w:type="dxa" w:w="2494"/>
            <w:shd w:val="clear" w:color="auto" w:fill="FAFAFA"/>
          </w:tcPr>
          <w:p>
            <w:pPr>
              <w:spacing w:after="0"/>
            </w:pPr>
            <w:r>
              <w:rPr>
                <w:b w:val="0"/>
                <w:color w:val="333333"/>
                <w:sz w:val="17"/>
              </w:rPr>
              <w:t>Nazwa i adres</w:t>
            </w:r>
          </w:p>
        </w:tc>
        <w:tc>
          <w:tcPr>
            <w:tcW w:type="dxa" w:w="7936"/>
            <w:gridSpan w:val="3"/>
          </w:tcPr>
          <w:p/>
        </w:tc>
      </w:tr>
      <w:tr>
        <w:trPr>
          <w:trHeight w:val="420"/>
        </w:trPr>
        <w:tc>
          <w:tcPr>
            <w:tcW w:type="dxa" w:w="2494"/>
            <w:shd w:val="clear" w:color="auto" w:fill="FAFAFA"/>
          </w:tcPr>
          <w:p>
            <w:pPr>
              <w:spacing w:after="0"/>
            </w:pPr>
            <w:r>
              <w:rPr>
                <w:b w:val="0"/>
                <w:color w:val="333333"/>
                <w:sz w:val="17"/>
              </w:rPr>
              <w:t>Telefon</w:t>
            </w:r>
          </w:p>
        </w:tc>
        <w:tc>
          <w:tcPr>
            <w:tcW w:type="dxa" w:w="2721"/>
          </w:tcPr>
          <w:p/>
        </w:tc>
        <w:tc>
          <w:tcPr>
            <w:tcW w:type="dxa" w:w="1757"/>
            <w:shd w:val="clear" w:color="auto" w:fill="FAFAFA"/>
          </w:tcPr>
          <w:p>
            <w:pPr>
              <w:spacing w:after="0"/>
            </w:pPr>
            <w:r>
              <w:rPr>
                <w:b w:val="0"/>
                <w:color w:val="333333"/>
                <w:sz w:val="17"/>
              </w:rPr>
              <w:t>E-mail</w:t>
            </w:r>
          </w:p>
        </w:tc>
        <w:tc>
          <w:tcPr>
            <w:tcW w:type="dxa" w:w="3458"/>
          </w:tcPr>
          <w:p/>
        </w:tc>
      </w:tr>
      <w:tr>
        <w:tc>
          <w:tcPr>
            <w:tcW w:type="dxa" w:w="10430"/>
            <w:gridSpan w:val="4"/>
            <w:shd w:val="clear" w:color="auto" w:fill="E6E9EE"/>
          </w:tcPr>
          <w:p>
            <w:pPr>
              <w:spacing w:after="0"/>
            </w:pPr>
            <w:r>
              <w:rPr>
                <w:b/>
                <w:sz w:val="18"/>
              </w:rPr>
              <w:t>2. Zgłoszenie</w:t>
            </w:r>
          </w:p>
        </w:tc>
      </w:tr>
      <w:tr>
        <w:trPr>
          <w:trHeight w:val="420"/>
        </w:trPr>
        <w:tc>
          <w:tcPr>
            <w:tcW w:type="dxa" w:w="2494"/>
            <w:shd w:val="clear" w:color="auto" w:fill="FAFAFA"/>
          </w:tcPr>
          <w:p>
            <w:pPr>
              <w:spacing w:after="0"/>
            </w:pPr>
            <w:r>
              <w:rPr>
                <w:b w:val="0"/>
                <w:color w:val="333333"/>
                <w:sz w:val="17"/>
              </w:rPr>
              <w:t>Numer zgłoszenia</w:t>
            </w:r>
          </w:p>
        </w:tc>
        <w:tc>
          <w:tcPr>
            <w:tcW w:type="dxa" w:w="2721"/>
          </w:tcPr>
          <w:p/>
        </w:tc>
        <w:tc>
          <w:tcPr>
            <w:tcW w:type="dxa" w:w="1757"/>
            <w:shd w:val="clear" w:color="auto" w:fill="FAFAFA"/>
          </w:tcPr>
          <w:p>
            <w:pPr>
              <w:spacing w:after="0"/>
            </w:pPr>
            <w:r>
              <w:rPr>
                <w:b w:val="0"/>
                <w:color w:val="333333"/>
                <w:sz w:val="17"/>
              </w:rPr>
              <w:t>Data zgłoszenia</w:t>
            </w:r>
          </w:p>
        </w:tc>
        <w:tc>
          <w:tcPr>
            <w:tcW w:type="dxa" w:w="3458"/>
          </w:tcPr>
          <w:p/>
        </w:tc>
      </w:tr>
      <w:tr>
        <w:tc>
          <w:tcPr>
            <w:tcW w:type="dxa" w:w="10430"/>
            <w:gridSpan w:val="4"/>
            <w:shd w:val="clear" w:color="auto" w:fill="E6E9EE"/>
          </w:tcPr>
          <w:p>
            <w:pPr>
              <w:spacing w:after="0"/>
            </w:pPr>
            <w:r>
              <w:rPr>
                <w:b/>
                <w:sz w:val="18"/>
              </w:rPr>
              <w:t>3. Reklamujący</w:t>
            </w:r>
          </w:p>
        </w:tc>
      </w:tr>
      <w:tr>
        <w:trPr>
          <w:trHeight w:val="420"/>
        </w:trPr>
        <w:tc>
          <w:tcPr>
            <w:tcW w:type="dxa" w:w="2494"/>
            <w:shd w:val="clear" w:color="auto" w:fill="FAFAFA"/>
          </w:tcPr>
          <w:p>
            <w:pPr>
              <w:spacing w:after="0"/>
            </w:pPr>
            <w:r>
              <w:rPr>
                <w:b w:val="0"/>
                <w:color w:val="333333"/>
                <w:sz w:val="17"/>
              </w:rPr>
              <w:t>Imię i nazwisko albo nazwa firmy</w:t>
            </w:r>
          </w:p>
        </w:tc>
        <w:tc>
          <w:tcPr>
            <w:tcW w:type="dxa" w:w="7936"/>
            <w:gridSpan w:val="3"/>
          </w:tcPr>
          <w:p/>
        </w:tc>
      </w:tr>
      <w:tr>
        <w:trPr>
          <w:trHeight w:val="420"/>
        </w:trPr>
        <w:tc>
          <w:tcPr>
            <w:tcW w:type="dxa" w:w="2494"/>
            <w:shd w:val="clear" w:color="auto" w:fill="FAFAFA"/>
          </w:tcPr>
          <w:p>
            <w:pPr>
              <w:spacing w:after="0"/>
            </w:pPr>
            <w:r>
              <w:rPr>
                <w:b w:val="0"/>
                <w:color w:val="333333"/>
                <w:sz w:val="17"/>
              </w:rPr>
              <w:t>Adres do korespondencji</w:t>
            </w:r>
          </w:p>
        </w:tc>
        <w:tc>
          <w:tcPr>
            <w:tcW w:type="dxa" w:w="7936"/>
            <w:gridSpan w:val="3"/>
          </w:tcPr>
          <w:p/>
        </w:tc>
      </w:tr>
      <w:tr>
        <w:trPr>
          <w:trHeight w:val="420"/>
        </w:trPr>
        <w:tc>
          <w:tcPr>
            <w:tcW w:type="dxa" w:w="2494"/>
            <w:shd w:val="clear" w:color="auto" w:fill="FAFAFA"/>
          </w:tcPr>
          <w:p>
            <w:pPr>
              <w:spacing w:after="0"/>
            </w:pPr>
            <w:r>
              <w:rPr>
                <w:b w:val="0"/>
                <w:color w:val="333333"/>
                <w:sz w:val="17"/>
              </w:rPr>
              <w:t>Telefon</w:t>
            </w:r>
          </w:p>
        </w:tc>
        <w:tc>
          <w:tcPr>
            <w:tcW w:type="dxa" w:w="2721"/>
          </w:tcPr>
          <w:p/>
        </w:tc>
        <w:tc>
          <w:tcPr>
            <w:tcW w:type="dxa" w:w="1757"/>
            <w:shd w:val="clear" w:color="auto" w:fill="FAFAFA"/>
          </w:tcPr>
          <w:p>
            <w:pPr>
              <w:spacing w:after="0"/>
            </w:pPr>
            <w:r>
              <w:rPr>
                <w:b w:val="0"/>
                <w:color w:val="333333"/>
                <w:sz w:val="17"/>
              </w:rPr>
              <w:t>E-mail</w:t>
            </w:r>
          </w:p>
        </w:tc>
        <w:tc>
          <w:tcPr>
            <w:tcW w:type="dxa" w:w="3458"/>
          </w:tcPr>
          <w:p/>
        </w:tc>
      </w:tr>
      <w:tr>
        <w:tc>
          <w:tcPr>
            <w:tcW w:type="dxa" w:w="10430"/>
            <w:gridSpan w:val="4"/>
            <w:shd w:val="clear" w:color="auto" w:fill="E6E9EE"/>
          </w:tcPr>
          <w:p>
            <w:pPr>
              <w:spacing w:after="0"/>
            </w:pPr>
            <w:r>
              <w:rPr>
                <w:b/>
                <w:sz w:val="18"/>
              </w:rPr>
              <w:t>4. Towar i dowód zakupu</w:t>
            </w:r>
          </w:p>
        </w:tc>
      </w:tr>
      <w:tr>
        <w:trPr>
          <w:trHeight w:val="420"/>
        </w:trPr>
        <w:tc>
          <w:tcPr>
            <w:tcW w:type="dxa" w:w="2494"/>
            <w:shd w:val="clear" w:color="auto" w:fill="FAFAFA"/>
          </w:tcPr>
          <w:p>
            <w:pPr>
              <w:spacing w:after="0"/>
            </w:pPr>
            <w:r>
              <w:rPr>
                <w:b w:val="0"/>
                <w:color w:val="333333"/>
                <w:sz w:val="17"/>
              </w:rPr>
              <w:t>Nazwa i model towaru</w:t>
            </w:r>
          </w:p>
        </w:tc>
        <w:tc>
          <w:tcPr>
            <w:tcW w:type="dxa" w:w="7936"/>
            <w:gridSpan w:val="3"/>
          </w:tcPr>
          <w:p/>
        </w:tc>
      </w:tr>
      <w:tr>
        <w:trPr>
          <w:trHeight w:val="420"/>
        </w:trPr>
        <w:tc>
          <w:tcPr>
            <w:tcW w:type="dxa" w:w="2494"/>
            <w:shd w:val="clear" w:color="auto" w:fill="FAFAFA"/>
          </w:tcPr>
          <w:p>
            <w:pPr>
              <w:spacing w:after="0"/>
            </w:pPr>
            <w:r>
              <w:rPr>
                <w:b w:val="0"/>
                <w:color w:val="333333"/>
                <w:sz w:val="17"/>
              </w:rPr>
              <w:t>Numer seryjny</w:t>
            </w:r>
          </w:p>
        </w:tc>
        <w:tc>
          <w:tcPr>
            <w:tcW w:type="dxa" w:w="2721"/>
          </w:tcPr>
          <w:p/>
        </w:tc>
        <w:tc>
          <w:tcPr>
            <w:tcW w:type="dxa" w:w="1757"/>
            <w:shd w:val="clear" w:color="auto" w:fill="FAFAFA"/>
          </w:tcPr>
          <w:p>
            <w:pPr>
              <w:spacing w:after="0"/>
            </w:pPr>
            <w:r>
              <w:rPr>
                <w:b w:val="0"/>
                <w:color w:val="333333"/>
                <w:sz w:val="17"/>
              </w:rPr>
              <w:t>Data zakupu</w:t>
            </w:r>
          </w:p>
        </w:tc>
        <w:tc>
          <w:tcPr>
            <w:tcW w:type="dxa" w:w="3458"/>
          </w:tcPr>
          <w:p/>
        </w:tc>
      </w:tr>
      <w:tr>
        <w:trPr>
          <w:trHeight w:val="420"/>
        </w:trPr>
        <w:tc>
          <w:tcPr>
            <w:tcW w:type="dxa" w:w="2494"/>
            <w:shd w:val="clear" w:color="auto" w:fill="FAFAFA"/>
          </w:tcPr>
          <w:p>
            <w:pPr>
              <w:spacing w:after="0"/>
            </w:pPr>
            <w:r>
              <w:rPr>
                <w:b w:val="0"/>
                <w:color w:val="333333"/>
                <w:sz w:val="17"/>
              </w:rPr>
              <w:t>Dowód zakupu</w:t>
            </w:r>
          </w:p>
        </w:tc>
        <w:tc>
          <w:tcPr>
            <w:tcW w:type="dxa" w:w="7936"/>
            <w:gridSpan w:val="3"/>
          </w:tcPr>
          <w:p>
            <w:pPr>
              <w:spacing w:after="0"/>
            </w:pPr>
            <w:r>
              <w:rPr>
                <w:b w:val="0"/>
                <w:sz w:val="17"/>
              </w:rPr>
              <w:t>☐ paragon     ☐ faktura     ☐ wyciąg z konta     ☐ inny: ____________   numer: ____________</w:t>
            </w:r>
          </w:p>
        </w:tc>
      </w:tr>
      <w:tr>
        <w:tc>
          <w:tcPr>
            <w:tcW w:type="dxa" w:w="10430"/>
            <w:gridSpan w:val="4"/>
            <w:shd w:val="clear" w:color="auto" w:fill="E6E9EE"/>
          </w:tcPr>
          <w:p>
            <w:pPr>
              <w:spacing w:after="0"/>
            </w:pPr>
            <w:r>
              <w:rPr>
                <w:b/>
                <w:sz w:val="18"/>
              </w:rPr>
              <w:t>5. Brak zgodności towaru z umową</w:t>
            </w:r>
          </w:p>
        </w:tc>
      </w:tr>
      <w:tr>
        <w:trPr>
          <w:trHeight w:val="1259"/>
        </w:trPr>
        <w:tc>
          <w:tcPr>
            <w:tcW w:type="dxa" w:w="2494"/>
            <w:shd w:val="clear" w:color="auto" w:fill="FAFAFA"/>
          </w:tcPr>
          <w:p>
            <w:pPr>
              <w:spacing w:after="0"/>
            </w:pPr>
            <w:r>
              <w:rPr>
                <w:b w:val="0"/>
                <w:color w:val="333333"/>
                <w:sz w:val="17"/>
              </w:rPr>
              <w:t>Opis słowami klienta</w:t>
            </w:r>
          </w:p>
        </w:tc>
        <w:tc>
          <w:tcPr>
            <w:tcW w:type="dxa" w:w="7936"/>
            <w:gridSpan w:val="3"/>
          </w:tcPr>
          <w:p/>
        </w:tc>
      </w:tr>
      <w:tr>
        <w:trPr>
          <w:trHeight w:val="420"/>
        </w:trPr>
        <w:tc>
          <w:tcPr>
            <w:tcW w:type="dxa" w:w="2494"/>
            <w:shd w:val="clear" w:color="auto" w:fill="FAFAFA"/>
          </w:tcPr>
          <w:p>
            <w:pPr>
              <w:spacing w:after="0"/>
            </w:pPr>
            <w:r>
              <w:rPr>
                <w:b w:val="0"/>
                <w:color w:val="333333"/>
                <w:sz w:val="17"/>
              </w:rPr>
              <w:t>Data stwierdzenia</w:t>
            </w:r>
          </w:p>
        </w:tc>
        <w:tc>
          <w:tcPr>
            <w:tcW w:type="dxa" w:w="7936"/>
            <w:gridSpan w:val="3"/>
          </w:tcPr>
          <w:p/>
        </w:tc>
      </w:tr>
      <w:tr>
        <w:tc>
          <w:tcPr>
            <w:tcW w:type="dxa" w:w="10430"/>
            <w:gridSpan w:val="4"/>
            <w:shd w:val="clear" w:color="auto" w:fill="E6E9EE"/>
          </w:tcPr>
          <w:p>
            <w:pPr>
              <w:spacing w:after="0"/>
            </w:pPr>
            <w:r>
              <w:rPr>
                <w:b/>
                <w:sz w:val="18"/>
              </w:rPr>
              <w:t>6. Stan towaru przy przyjęciu</w:t>
            </w:r>
          </w:p>
        </w:tc>
      </w:tr>
      <w:tr>
        <w:trPr>
          <w:trHeight w:val="420"/>
        </w:trPr>
        <w:tc>
          <w:tcPr>
            <w:tcW w:type="dxa" w:w="2494"/>
            <w:shd w:val="clear" w:color="auto" w:fill="FAFAFA"/>
          </w:tcPr>
          <w:p>
            <w:pPr>
              <w:spacing w:after="0"/>
            </w:pPr>
            <w:r>
              <w:rPr>
                <w:b w:val="0"/>
                <w:color w:val="333333"/>
                <w:sz w:val="17"/>
              </w:rPr>
              <w:t>Kompletność (akcesoria, opakowanie)</w:t>
            </w:r>
          </w:p>
        </w:tc>
        <w:tc>
          <w:tcPr>
            <w:tcW w:type="dxa" w:w="7936"/>
            <w:gridSpan w:val="3"/>
          </w:tcPr>
          <w:p/>
        </w:tc>
      </w:tr>
      <w:tr>
        <w:trPr>
          <w:trHeight w:val="839"/>
        </w:trPr>
        <w:tc>
          <w:tcPr>
            <w:tcW w:type="dxa" w:w="2494"/>
            <w:shd w:val="clear" w:color="auto" w:fill="FAFAFA"/>
          </w:tcPr>
          <w:p>
            <w:pPr>
              <w:spacing w:after="0"/>
            </w:pPr>
            <w:r>
              <w:rPr>
                <w:b w:val="0"/>
                <w:color w:val="333333"/>
                <w:sz w:val="17"/>
              </w:rPr>
              <w:t>Widoczne uszkodzenia i ślady użytkowania</w:t>
            </w:r>
          </w:p>
        </w:tc>
        <w:tc>
          <w:tcPr>
            <w:tcW w:type="dxa" w:w="7936"/>
            <w:gridSpan w:val="3"/>
          </w:tcPr>
          <w:p/>
        </w:tc>
      </w:tr>
      <w:tr>
        <w:tc>
          <w:tcPr>
            <w:tcW w:type="dxa" w:w="10430"/>
            <w:gridSpan w:val="4"/>
            <w:shd w:val="clear" w:color="auto" w:fill="E6E9EE"/>
          </w:tcPr>
          <w:p>
            <w:pPr>
              <w:spacing w:after="0"/>
            </w:pPr>
            <w:r>
              <w:rPr>
                <w:b/>
                <w:sz w:val="18"/>
              </w:rPr>
              <w:t>7. Żądanie klienta</w:t>
            </w:r>
          </w:p>
        </w:tc>
      </w:tr>
      <w:tr>
        <w:trPr>
          <w:trHeight w:val="420"/>
        </w:trPr>
        <w:tc>
          <w:tcPr>
            <w:tcW w:type="dxa" w:w="2494"/>
            <w:shd w:val="clear" w:color="auto" w:fill="FAFAFA"/>
          </w:tcPr>
          <w:p>
            <w:pPr>
              <w:spacing w:after="0"/>
            </w:pPr>
            <w:r>
              <w:rPr>
                <w:b w:val="0"/>
                <w:color w:val="333333"/>
                <w:sz w:val="17"/>
              </w:rPr>
              <w:t>Klient żąda</w:t>
            </w:r>
          </w:p>
        </w:tc>
        <w:tc>
          <w:tcPr>
            <w:tcW w:type="dxa" w:w="7936"/>
            <w:gridSpan w:val="3"/>
          </w:tcPr>
          <w:p>
            <w:pPr>
              <w:spacing w:after="0"/>
            </w:pPr>
            <w:r>
              <w:rPr>
                <w:b w:val="0"/>
                <w:sz w:val="17"/>
              </w:rPr>
              <w:t>☐ naprawy     ☐ wymiany     ☐ obniżenia ceny o ________ zł     ☐ odstąpienia od umowy</w:t>
            </w:r>
          </w:p>
        </w:tc>
      </w:tr>
      <w:tr>
        <w:tc>
          <w:tcPr>
            <w:tcW w:type="dxa" w:w="10430"/>
            <w:gridSpan w:val="4"/>
            <w:shd w:val="clear" w:color="auto" w:fill="E6E9EE"/>
          </w:tcPr>
          <w:p>
            <w:pPr>
              <w:spacing w:after="0"/>
            </w:pPr>
            <w:r>
              <w:rPr>
                <w:b/>
                <w:sz w:val="18"/>
              </w:rPr>
              <w:t>8. Kontakt i odpowiedź</w:t>
            </w:r>
          </w:p>
        </w:tc>
      </w:tr>
      <w:tr>
        <w:trPr>
          <w:trHeight w:val="420"/>
        </w:trPr>
        <w:tc>
          <w:tcPr>
            <w:tcW w:type="dxa" w:w="2494"/>
            <w:shd w:val="clear" w:color="auto" w:fill="FAFAFA"/>
          </w:tcPr>
          <w:p>
            <w:pPr>
              <w:spacing w:after="0"/>
            </w:pPr>
            <w:r>
              <w:rPr>
                <w:b w:val="0"/>
                <w:color w:val="333333"/>
                <w:sz w:val="17"/>
              </w:rPr>
              <w:t>Kontakt w sprawie</w:t>
            </w:r>
          </w:p>
        </w:tc>
        <w:tc>
          <w:tcPr>
            <w:tcW w:type="dxa" w:w="7936"/>
            <w:gridSpan w:val="3"/>
          </w:tcPr>
          <w:p>
            <w:pPr>
              <w:spacing w:after="0"/>
            </w:pPr>
            <w:r>
              <w:rPr>
                <w:b w:val="0"/>
                <w:sz w:val="17"/>
              </w:rPr>
              <w:t>☐ telefon lub SMS     ☐ e-mail</w:t>
            </w:r>
          </w:p>
        </w:tc>
      </w:tr>
      <w:tr>
        <w:trPr>
          <w:trHeight w:val="420"/>
        </w:trPr>
        <w:tc>
          <w:tcPr>
            <w:tcW w:type="dxa" w:w="2494"/>
            <w:shd w:val="clear" w:color="auto" w:fill="FAFAFA"/>
          </w:tcPr>
          <w:p>
            <w:pPr>
              <w:spacing w:after="0"/>
            </w:pPr>
            <w:r>
              <w:rPr>
                <w:b w:val="0"/>
                <w:color w:val="333333"/>
                <w:sz w:val="17"/>
              </w:rPr>
              <w:t>Odpowiedź na reklamację</w:t>
            </w:r>
          </w:p>
        </w:tc>
        <w:tc>
          <w:tcPr>
            <w:tcW w:type="dxa" w:w="7936"/>
            <w:gridSpan w:val="3"/>
          </w:tcPr>
          <w:p>
            <w:pPr>
              <w:spacing w:after="0"/>
            </w:pPr>
            <w:r>
              <w:rPr>
                <w:b w:val="0"/>
                <w:sz w:val="17"/>
              </w:rPr>
              <w:t>☐ e-mail     ☐ list na adres     ☐ w punkcie przyjęcia     ☐ inny: ____________</w:t>
            </w:r>
          </w:p>
        </w:tc>
      </w:tr>
      <w:tr>
        <w:tc>
          <w:tcPr>
            <w:tcW w:type="dxa" w:w="10430"/>
            <w:gridSpan w:val="4"/>
            <w:shd w:val="clear" w:color="auto" w:fill="F4F6F8"/>
          </w:tcPr>
          <w:p>
            <w:pPr>
              <w:spacing w:after="0"/>
            </w:pPr>
            <w:r>
              <w:rPr>
                <w:b w:val="0"/>
                <w:sz w:val="15"/>
              </w:rPr>
              <w:t>Sprzedawca odpowiada na reklamację konsumenta w ciągu 14 dni od dnia jej otrzymania, na papierze lub innym trwałym nośniku. Brak odpowiedzi w tym terminie oznacza uznanie reklamacji (art. 7a ustawy o prawach konsumenta). Dowodem zakupu może być każdy dokument potwierdzający zakup, nie tylko paragon. Dane osobowe sprzedawca przetwarza w celu rozpatrzenia reklamacji (art. 6 ust. 1 lit. b i c RODO).</w:t>
            </w:r>
          </w:p>
        </w:tc>
      </w:tr>
      <w:tr>
        <w:trPr>
          <w:trHeight w:val="850"/>
        </w:trPr>
        <w:tc>
          <w:tcPr>
            <w:tcW w:type="dxa" w:w="5215"/>
            <w:gridSpan w:val="2"/>
            <w:vAlign w:val="bottom"/>
          </w:tcPr>
          <w:p>
            <w:pPr>
              <w:spacing w:after="0"/>
            </w:pPr>
            <w:r>
              <w:rPr>
                <w:b w:val="0"/>
                <w:color w:val="444444"/>
                <w:sz w:val="15"/>
              </w:rPr>
              <w:t>Data i podpis osoby przyjmującej reklamację</w:t>
            </w:r>
          </w:p>
        </w:tc>
        <w:tc>
          <w:tcPr>
            <w:tcW w:type="dxa" w:w="5215"/>
            <w:gridSpan w:val="2"/>
            <w:vAlign w:val="bottom"/>
          </w:tcPr>
          <w:p>
            <w:pPr>
              <w:spacing w:after="0"/>
            </w:pPr>
            <w:r>
              <w:rPr>
                <w:b w:val="0"/>
                <w:color w:val="444444"/>
                <w:sz w:val="15"/>
              </w:rPr>
              <w:t>Data i podpis klienta</w:t>
            </w:r>
          </w:p>
        </w:tc>
      </w:tr>
      <w:tr>
        <w:tc>
          <w:tcPr>
            <w:tcW w:type="dxa" w:w="10430"/>
            <w:gridSpan w:val="4"/>
            <w:shd w:val="clear" w:color="auto" w:fill="E6E9EE"/>
          </w:tcPr>
          <w:p>
            <w:pPr>
              <w:spacing w:after="0"/>
            </w:pPr>
            <w:r>
              <w:rPr>
                <w:b/>
                <w:sz w:val="18"/>
              </w:rPr>
              <w:t>9. Odpowiedź sprzedawcy</w:t>
            </w:r>
          </w:p>
        </w:tc>
      </w:tr>
      <w:tr>
        <w:trPr>
          <w:trHeight w:val="1259"/>
        </w:trPr>
        <w:tc>
          <w:tcPr>
            <w:tcW w:type="dxa" w:w="2494"/>
            <w:shd w:val="clear" w:color="auto" w:fill="FAFAFA"/>
          </w:tcPr>
          <w:p>
            <w:pPr>
              <w:spacing w:after="0"/>
            </w:pPr>
            <w:r>
              <w:rPr>
                <w:b w:val="0"/>
                <w:color w:val="333333"/>
                <w:sz w:val="17"/>
              </w:rPr>
              <w:t>Stanowisko sprzedawcy i uzasadnienie</w:t>
            </w:r>
          </w:p>
        </w:tc>
        <w:tc>
          <w:tcPr>
            <w:tcW w:type="dxa" w:w="7936"/>
            <w:gridSpan w:val="3"/>
          </w:tcPr>
          <w:p/>
        </w:tc>
      </w:tr>
      <w:tr>
        <w:trPr>
          <w:trHeight w:val="420"/>
        </w:trPr>
        <w:tc>
          <w:tcPr>
            <w:tcW w:type="dxa" w:w="2494"/>
            <w:shd w:val="clear" w:color="auto" w:fill="FAFAFA"/>
          </w:tcPr>
          <w:p>
            <w:pPr>
              <w:spacing w:after="0"/>
            </w:pPr>
            <w:r>
              <w:rPr>
                <w:b w:val="0"/>
                <w:color w:val="333333"/>
                <w:sz w:val="17"/>
              </w:rPr>
              <w:t>Data odpowiedzi</w:t>
            </w:r>
          </w:p>
        </w:tc>
        <w:tc>
          <w:tcPr>
            <w:tcW w:type="dxa" w:w="2721"/>
          </w:tcPr>
          <w:p/>
        </w:tc>
        <w:tc>
          <w:tcPr>
            <w:tcW w:type="dxa" w:w="1757"/>
            <w:shd w:val="clear" w:color="auto" w:fill="FAFAFA"/>
          </w:tcPr>
          <w:p>
            <w:pPr>
              <w:spacing w:after="0"/>
            </w:pPr>
            <w:r>
              <w:rPr>
                <w:b w:val="0"/>
                <w:color w:val="333333"/>
                <w:sz w:val="17"/>
              </w:rPr>
              <w:t>Podpis sprzedawcy</w:t>
            </w:r>
          </w:p>
        </w:tc>
        <w:tc>
          <w:tcPr>
            <w:tcW w:type="dxa" w:w="3458"/>
          </w:tcPr>
          <w:p/>
        </w:tc>
      </w:tr>
    </w:tbl>
    <w:p>
      <w:pPr>
        <w:spacing w:before="80"/>
      </w:pPr>
      <w:r>
        <w:rPr>
          <w:color w:val="555555"/>
          <w:sz w:val="15"/>
        </w:rPr>
        <w:t>Wzór: reklamacje.net.pl, stan prawny na 7 października 2026 r.</w:t>
      </w:r>
    </w:p>
    <w:sectPr w:rsidR="00FC693F" w:rsidRPr="0006063C" w:rsidSect="00034616">
      <w:pgSz w:w="11906" w:h="16838"/>
      <w:pgMar w:top="624" w:right="737" w:bottom="567" w:left="73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/>
    </w:pPr>
    <w:rPr>
      <w:rFonts w:ascii="Calibri" w:hAnsi="Calibri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Protokół przyjęcia reklamacji - wzór</dc:title>
  <dc:subject/>
  <dc:creator>reklamacje.net.pl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